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לתכנון סיור וקריאת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שלבים בתכנון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כללי בטיחות וניקיון בזמן 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מקום שעוצרים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לא ללכת לאיבוד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אומר כל סימן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רק במעבר חציה וכשמבוגר מאשר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המילה מסלול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שומרים על הניקיון והטבע ולא קוטפים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חוצים רק במעבר חציה וכשמבוגר מאשר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במקרא הסימן 🌳 מסמן עץ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מעבר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הסימן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(מסלול)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תכנון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תחנות מעניינות למסלול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מציירים מפה עם סימנים לכל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מקרא שמסביר את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חצים ומספרים את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 הסיור משתפים מה גילינו ומציירים מפה משלנו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מקום מעניין ביישוב ונימוק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תחנה היא מקום שעוצרים בו, מסלול הוא כל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המקרא מסביר מה כל סימן במפה אומר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חוצים כביש רק במעבר חציה עם מבוגר, נשארים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פשוטה של היישוב ולתרגל זיהוי סימנים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הפותח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היצירה אפשר לתת לתלמידים לעבוד בזוגות ולהציג את המפה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למדנו איך מתכננים סיור ביישוב, איך קוראים מפה עם סימנים ומקרא, ואיך שומרים על בטיחות וניקיון בדרך.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תחנה בסיור?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שעוצרים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משתמשים במפה בסיור?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ללכת לאיבוד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לצייר ציורים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לשחק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לקנות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מסביר ה'מקרא' שבמפה?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אומר כל סימן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השעה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צייר את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כסף עולה הסיור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חוצים כביש בזמן 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במעבר חציה וכשמבוגר מאשר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בכל מקום שרוצים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מהר בין המכוניות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חוצים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הוא הדרך שתכננו ללכת 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פרחים בגינה בזמן הסיור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בסיור אפשר לחצות כביש בכל מקום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🌳 במפה מייצג 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מקום שעוצרים בו בסיור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טבלה שמסבירה מה אומר כל סימן במפה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ציור של מקום כמו שרואים אותו מלמעלה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חוצים כביש רק ב__________ ורק כשמבוגר מאשר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הסימן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🚶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📍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מסלול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🛤️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🗺️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תכנון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מפה עם סימנים לכל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הסיור משתפים מה גילינו ומציירים מפה משלנו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חצים ומספרים את התחנות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מקרא שמסביר את הסימנים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תחנות מעניינות למסלול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תחנה אחת שהייתם רוצים להוסיף למסלול סיור ביישוב שלכם,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תחנה למסלול?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שיהיה מקרא במפה?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כללי בטיחות שחשוב לזכור בזמן סיור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