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לתכנון סיור וקריאת 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נכון של שלבים בתכנון 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כללי בטיחות וניקיון בזמן 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מקום שעוצרים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לא ללכת לאיבוד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מה אומר כל סימן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רק במעבר חציה וכשמבוגר מאשר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מוגדרת המילה מסלול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שומרים על הניקיון והטבע ולא קוטפים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חוצים רק במעבר חציה וכשמבוגר מאשר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במקרא הסימן 🌳 מסמן עץ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מעבר 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הסימן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(סיור)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(תחנה)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(מסלול)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(מקרא)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תכנון הסיור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תחנות מעניינות למסלול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מציירים מפה עם סימנים לכל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מקרא שמסביר את הסימנים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חצים ומספרים את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בסוף הסיור משתפים מה גילינו ומציירים מפה משלנו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מקום מעניין ביישוב ונימוק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תחנה היא מקום שעוצרים בו, מסלול הוא כל הדרך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המקרא מסביר מה כל סימן במפה אומר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חוצים כביש רק במעבר חציה עם מבוגר, נשארים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מפה פשוטה של היישוב ולתרגל זיהוי סימנים לפני המילוי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הסיפור הפותח בקול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היצירה אפשר לתת לתלמידים לעבוד בזוגות ולהציג את המפה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למדנו איך מתכננים סיור ביישוב. יש מפה עם סימנים קטנים, ויש כללים לבטיחות בדרך.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טיול קצר ברגל כדי להכיר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שעוצרים בו בסיור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שתכננו ללכת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של מקום כמו שרואים אותו מלמעלה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שמסבירה את הסימנים במפה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מעבר חציה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פסים לבנים בכביש שבהם חוצים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במפה שמראה לאן פונים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תחנה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שעוצרים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צריך מפה בסיור?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לא ללכת לאיבוד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לצייר ציורים יפים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לשחק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לקנות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המקרא עוזר לנו להבין?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אומר כל סימן במפה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השעה עכשיו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צייר את המפה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כסף עולה הסיור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חוצים כביש בבטחה?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במעבר חציה וכשמבוגר מאשר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בכל מקום שרוצים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רצים מהר בין המכוניות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חוצים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הוא הדרך שתכננו ללכת 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לקטוף פרחים בגינה בזמן הסיור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בסיור אפשר לחצות כביש בכל מקום שרוצים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הסימן 🌳 במפה מייצג עץ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מקום שעוצרים בו בסיור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טבלה שמסבירה מה אומר כל סימן במפה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היא ציור של מקום כמו שרואים אותו מלמעלה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חוצים כביש רק ב__________ ורק כשמבוגר מאשר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הסימן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🚶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מסלול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📍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🛤️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🗺️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תכנון הסיור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הסיור משתפים מה גילינו ומציירים מפה משלנו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חצים ומספרים את התחנות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תחנות מעניינות למסלול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מקרא שמסביר את הסימנים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מציירים מפה עם סימנים לכל תחנה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תחנה אחת שהייתם רוצים להוסיף למסלול סיור ביישוב שלכם,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תחנה למסלול?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שיהיה מקרא במפה?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כללי בטיחות שחשוב לזכור בזמן סיור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יוצאים לסיור – מסלול ביישוב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