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לתכנון סיור וקריאת 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נכון של שלבים בתכנון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כללי בטיחות וניקיון בזמן 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מקום שעוצרים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לא ללכת לאיבוד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המילה מסלול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שומרים על הניקיון והטבע ולא קוטפים פרחים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הסימן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(תחנה)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תכנון 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תחנות מעניינות למסלול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מציירים מפה עם סימנים לכל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בסוף הסיור משתפים מה גילינו ומציירים מפה משלנו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מקום מעניין ביישוב ונימוק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תחנה היא מקום שעוצרים בו, מסלול הוא כל הדרך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המקרא מסביר מה כל סימן במפה אומר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חוצים כביש רק במעבר חציה עם מבוגר, נשארים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מפה פשוטה של היישוב ולתרגל זיהוי סימנים לפני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הסיפור הפותח בקול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היצירה אפשר לתת לתלמידים לעבוד בזוגות ולהציג את המפה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למדנו איך מתכננים סיור ביישוב, איך קוראים מפה עם סימנים ומקרא, ואיך שומרים על בטיחות וניקיון בדרך.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מפה  ·  תחנה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תחנה בסיור?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מקום שעוצרים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 של 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משתמשים במפה בסיור?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לא ללכת לאיבוד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לצייר ציורים 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לשחק 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מסלול הוא הדרך שתכננו ללכת 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לקטוף פרחים בגינה בזמן הסיור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מקום שעוצרים בו בסיור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היא ציור של מקום כמו שרואים אותו מלמעלה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את הסימן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🚶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תחנה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📍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🗺️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תכנון הסיור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הסיור משתפים מה גילינו ומציירים מפה משלנו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תחנות מעניינות למסלול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מציירים מפה עם סימנים לכל תחנה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תחנה אחת שהייתם רוצים להוסיף למסלול סיור ביישוב שלכם,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תחנה למסלול?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שיהיה מקרא במפה?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לסיור – מסלול ביישוב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